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0174" w14:textId="77777777" w:rsidR="00BB6605" w:rsidRPr="00241937" w:rsidRDefault="00DA14F8" w:rsidP="00CA2767">
      <w:pPr>
        <w:spacing w:after="120"/>
        <w:jc w:val="center"/>
        <w:rPr>
          <w:sz w:val="21"/>
          <w:szCs w:val="21"/>
          <w:lang w:eastAsia="ja-JP"/>
        </w:rPr>
      </w:pPr>
      <w:r w:rsidRPr="00241937">
        <w:rPr>
          <w:b/>
          <w:sz w:val="28"/>
          <w:szCs w:val="21"/>
          <w:lang w:eastAsia="ja-JP"/>
        </w:rPr>
        <w:t>広島県立病院機構</w:t>
      </w:r>
      <w:r w:rsidRPr="00241937">
        <w:rPr>
          <w:b/>
          <w:sz w:val="28"/>
          <w:szCs w:val="21"/>
          <w:lang w:eastAsia="ja-JP"/>
        </w:rPr>
        <w:t xml:space="preserve"> </w:t>
      </w:r>
      <w:r w:rsidRPr="00241937">
        <w:rPr>
          <w:b/>
          <w:sz w:val="28"/>
          <w:szCs w:val="21"/>
          <w:lang w:eastAsia="ja-JP"/>
        </w:rPr>
        <w:t>ロゴマーク使用申請書</w:t>
      </w:r>
    </w:p>
    <w:p w14:paraId="285684C0" w14:textId="77777777" w:rsidR="00BB6605" w:rsidRDefault="00BB6605" w:rsidP="00CA2767">
      <w:pPr>
        <w:spacing w:after="120" w:line="240" w:lineRule="auto"/>
        <w:rPr>
          <w:lang w:eastAsia="ja-JP"/>
        </w:rPr>
      </w:pPr>
    </w:p>
    <w:p w14:paraId="1A2F89C7" w14:textId="0BCAA772" w:rsidR="00BB6605" w:rsidRDefault="00744CC1" w:rsidP="00A66E00">
      <w:pPr>
        <w:jc w:val="right"/>
        <w:rPr>
          <w:lang w:eastAsia="ja-JP"/>
        </w:rPr>
      </w:pPr>
      <w:r>
        <w:rPr>
          <w:lang w:eastAsia="ja-JP"/>
        </w:rPr>
        <w:t xml:space="preserve">　　　年　　　月　　　日</w:t>
      </w:r>
    </w:p>
    <w:p w14:paraId="2CC54A78" w14:textId="55F47BB3" w:rsidR="00BB6605" w:rsidRDefault="00241937">
      <w:pPr>
        <w:rPr>
          <w:lang w:eastAsia="ja-JP"/>
        </w:rPr>
      </w:pPr>
      <w:r>
        <w:rPr>
          <w:rFonts w:hint="eastAsia"/>
          <w:lang w:eastAsia="ja-JP"/>
        </w:rPr>
        <w:t>地方独立行政法人</w:t>
      </w:r>
      <w:r w:rsidR="00CA2767">
        <w:rPr>
          <w:rFonts w:hint="eastAsia"/>
          <w:lang w:eastAsia="ja-JP"/>
        </w:rPr>
        <w:t>広島県立病院機構</w:t>
      </w:r>
      <w:r>
        <w:rPr>
          <w:rFonts w:hint="eastAsia"/>
          <w:lang w:eastAsia="ja-JP"/>
        </w:rPr>
        <w:t>理事長</w:t>
      </w:r>
      <w:r>
        <w:rPr>
          <w:lang w:eastAsia="ja-JP"/>
        </w:rPr>
        <w:t>様</w:t>
      </w:r>
    </w:p>
    <w:p w14:paraId="46A09CF7" w14:textId="0CF835A1" w:rsidR="00BB6605" w:rsidRPr="00CA2767" w:rsidRDefault="00BB6605" w:rsidP="00CA2767">
      <w:pPr>
        <w:spacing w:after="120" w:line="240" w:lineRule="auto"/>
        <w:rPr>
          <w:lang w:eastAsia="ja-JP"/>
        </w:rPr>
      </w:pPr>
    </w:p>
    <w:tbl>
      <w:tblPr>
        <w:tblStyle w:val="afe"/>
        <w:tblpPr w:leftFromText="142" w:rightFromText="142" w:vertAnchor="text" w:horzAnchor="margin" w:tblpXSpec="right" w:tblpY="83"/>
        <w:tblOverlap w:val="never"/>
        <w:tblW w:w="0" w:type="auto"/>
        <w:tblLook w:val="04A0" w:firstRow="1" w:lastRow="0" w:firstColumn="1" w:lastColumn="0" w:noHBand="0" w:noVBand="1"/>
      </w:tblPr>
      <w:tblGrid>
        <w:gridCol w:w="1800"/>
        <w:gridCol w:w="4678"/>
      </w:tblGrid>
      <w:tr w:rsidR="009A4468" w14:paraId="6C4AF457" w14:textId="77777777" w:rsidTr="00744CC1">
        <w:trPr>
          <w:trHeight w:val="700"/>
        </w:trPr>
        <w:tc>
          <w:tcPr>
            <w:tcW w:w="1800" w:type="dxa"/>
          </w:tcPr>
          <w:p w14:paraId="49F92594" w14:textId="77777777" w:rsidR="009A4468" w:rsidRDefault="009A4468" w:rsidP="009A4468">
            <w:pPr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申請者</w:t>
            </w:r>
          </w:p>
          <w:p w14:paraId="7623868A" w14:textId="77777777" w:rsidR="009A4468" w:rsidRDefault="009A4468" w:rsidP="009A4468">
            <w:pPr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（所在地）</w:t>
            </w:r>
          </w:p>
        </w:tc>
        <w:tc>
          <w:tcPr>
            <w:tcW w:w="4678" w:type="dxa"/>
          </w:tcPr>
          <w:p w14:paraId="4BED4BED" w14:textId="77777777" w:rsidR="009A4468" w:rsidRDefault="009A4468" w:rsidP="00744CC1">
            <w:pPr>
              <w:spacing w:line="276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〒</w:t>
            </w:r>
          </w:p>
          <w:p w14:paraId="69869D3C" w14:textId="0408B569" w:rsidR="009A4468" w:rsidRPr="009A4468" w:rsidRDefault="009A4468" w:rsidP="00744CC1">
            <w:pPr>
              <w:spacing w:line="276" w:lineRule="auto"/>
              <w:rPr>
                <w:sz w:val="24"/>
                <w:szCs w:val="24"/>
                <w:lang w:eastAsia="ja-JP"/>
              </w:rPr>
            </w:pPr>
          </w:p>
        </w:tc>
      </w:tr>
      <w:tr w:rsidR="009A4468" w14:paraId="20E53BFC" w14:textId="77777777" w:rsidTr="00744CC1">
        <w:trPr>
          <w:trHeight w:val="413"/>
        </w:trPr>
        <w:tc>
          <w:tcPr>
            <w:tcW w:w="1800" w:type="dxa"/>
          </w:tcPr>
          <w:p w14:paraId="128C9CE1" w14:textId="77777777" w:rsidR="009A4468" w:rsidRDefault="009A4468" w:rsidP="009A4468">
            <w:pPr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（名称）</w:t>
            </w:r>
          </w:p>
        </w:tc>
        <w:tc>
          <w:tcPr>
            <w:tcW w:w="4678" w:type="dxa"/>
          </w:tcPr>
          <w:p w14:paraId="376B0D2D" w14:textId="77777777" w:rsidR="009A4468" w:rsidRDefault="009A4468" w:rsidP="00744CC1">
            <w:pPr>
              <w:spacing w:line="276" w:lineRule="auto"/>
              <w:rPr>
                <w:lang w:eastAsia="ja-JP"/>
              </w:rPr>
            </w:pPr>
          </w:p>
        </w:tc>
      </w:tr>
      <w:tr w:rsidR="009A4468" w14:paraId="2748A828" w14:textId="77777777" w:rsidTr="00744CC1">
        <w:trPr>
          <w:trHeight w:val="419"/>
        </w:trPr>
        <w:tc>
          <w:tcPr>
            <w:tcW w:w="1800" w:type="dxa"/>
          </w:tcPr>
          <w:p w14:paraId="153AF4B6" w14:textId="77777777" w:rsidR="009A4468" w:rsidRDefault="009A4468" w:rsidP="009A4468">
            <w:pPr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（代表者氏名）</w:t>
            </w:r>
          </w:p>
        </w:tc>
        <w:tc>
          <w:tcPr>
            <w:tcW w:w="4678" w:type="dxa"/>
          </w:tcPr>
          <w:p w14:paraId="11CAAC82" w14:textId="77777777" w:rsidR="009A4468" w:rsidRDefault="009A4468" w:rsidP="00744CC1">
            <w:pPr>
              <w:spacing w:line="276" w:lineRule="auto"/>
              <w:rPr>
                <w:lang w:eastAsia="ja-JP"/>
              </w:rPr>
            </w:pPr>
          </w:p>
        </w:tc>
      </w:tr>
      <w:tr w:rsidR="009A4468" w14:paraId="122E8A3A" w14:textId="77777777" w:rsidTr="00744CC1">
        <w:trPr>
          <w:trHeight w:val="411"/>
        </w:trPr>
        <w:tc>
          <w:tcPr>
            <w:tcW w:w="1800" w:type="dxa"/>
          </w:tcPr>
          <w:p w14:paraId="2967D176" w14:textId="77777777" w:rsidR="009A4468" w:rsidRDefault="009A4468" w:rsidP="009A4468">
            <w:pPr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（担当者氏名）</w:t>
            </w:r>
          </w:p>
        </w:tc>
        <w:tc>
          <w:tcPr>
            <w:tcW w:w="4678" w:type="dxa"/>
          </w:tcPr>
          <w:p w14:paraId="0EDB67EC" w14:textId="77777777" w:rsidR="009A4468" w:rsidRDefault="009A4468" w:rsidP="00744CC1">
            <w:pPr>
              <w:spacing w:line="276" w:lineRule="auto"/>
              <w:rPr>
                <w:lang w:eastAsia="ja-JP"/>
              </w:rPr>
            </w:pPr>
          </w:p>
        </w:tc>
      </w:tr>
      <w:tr w:rsidR="009A4468" w14:paraId="357EC2C9" w14:textId="77777777" w:rsidTr="00744CC1">
        <w:trPr>
          <w:trHeight w:val="700"/>
        </w:trPr>
        <w:tc>
          <w:tcPr>
            <w:tcW w:w="1800" w:type="dxa"/>
          </w:tcPr>
          <w:p w14:paraId="1E797D1C" w14:textId="77777777" w:rsidR="009A4468" w:rsidRDefault="009A4468" w:rsidP="009A4468">
            <w:pPr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（連絡先）</w:t>
            </w:r>
          </w:p>
        </w:tc>
        <w:tc>
          <w:tcPr>
            <w:tcW w:w="4678" w:type="dxa"/>
          </w:tcPr>
          <w:p w14:paraId="35C14AD4" w14:textId="77777777" w:rsidR="009A4468" w:rsidRDefault="009A4468" w:rsidP="00744CC1">
            <w:pPr>
              <w:spacing w:line="276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TEL</w:t>
            </w:r>
            <w:r>
              <w:rPr>
                <w:rFonts w:hint="eastAsia"/>
                <w:lang w:eastAsia="ja-JP"/>
              </w:rPr>
              <w:t>：</w:t>
            </w:r>
          </w:p>
          <w:p w14:paraId="53606E92" w14:textId="77777777" w:rsidR="009A4468" w:rsidRDefault="009A4468" w:rsidP="00744CC1">
            <w:pPr>
              <w:spacing w:line="276" w:lineRule="auto"/>
              <w:rPr>
                <w:lang w:eastAsia="ja-JP"/>
              </w:rPr>
            </w:pPr>
            <w:proofErr w:type="gramStart"/>
            <w:r>
              <w:rPr>
                <w:rFonts w:hint="eastAsia"/>
                <w:lang w:eastAsia="ja-JP"/>
              </w:rPr>
              <w:t>ﾒｰﾙ</w:t>
            </w:r>
            <w:proofErr w:type="gramEnd"/>
            <w:r>
              <w:rPr>
                <w:rFonts w:hint="eastAsia"/>
                <w:lang w:eastAsia="ja-JP"/>
              </w:rPr>
              <w:t xml:space="preserve"> </w:t>
            </w:r>
            <w:r>
              <w:rPr>
                <w:rFonts w:hint="eastAsia"/>
                <w:lang w:eastAsia="ja-JP"/>
              </w:rPr>
              <w:t>：</w:t>
            </w:r>
          </w:p>
        </w:tc>
      </w:tr>
    </w:tbl>
    <w:p w14:paraId="1AB2909E" w14:textId="7001AEC8" w:rsidR="00BB6605" w:rsidRPr="00F777BB" w:rsidRDefault="009A4468" w:rsidP="00CA2767">
      <w:pPr>
        <w:spacing w:after="120" w:line="240" w:lineRule="auto"/>
        <w:rPr>
          <w:color w:val="000000" w:themeColor="text1"/>
          <w:lang w:eastAsia="ja-JP"/>
        </w:rPr>
      </w:pPr>
      <w:r>
        <w:rPr>
          <w:lang w:eastAsia="ja-JP"/>
        </w:rPr>
        <w:br w:type="textWrapping" w:clear="all"/>
      </w:r>
    </w:p>
    <w:p w14:paraId="75E2EBC2" w14:textId="768A15DE" w:rsidR="00B223E1" w:rsidRPr="00F777BB" w:rsidRDefault="00CA2767" w:rsidP="00CA2767">
      <w:pPr>
        <w:spacing w:after="120"/>
        <w:ind w:firstLineChars="100" w:firstLine="220"/>
        <w:rPr>
          <w:color w:val="000000" w:themeColor="text1"/>
          <w:lang w:eastAsia="ja-JP"/>
        </w:rPr>
      </w:pPr>
      <w:r w:rsidRPr="00F777BB">
        <w:rPr>
          <w:rFonts w:hint="eastAsia"/>
          <w:color w:val="000000" w:themeColor="text1"/>
          <w:lang w:eastAsia="ja-JP"/>
        </w:rPr>
        <w:t>貴法人の</w:t>
      </w:r>
      <w:r w:rsidR="009A4468" w:rsidRPr="00F777BB">
        <w:rPr>
          <w:rFonts w:hint="eastAsia"/>
          <w:color w:val="000000" w:themeColor="text1"/>
          <w:lang w:eastAsia="ja-JP"/>
        </w:rPr>
        <w:t>ロゴマーク</w:t>
      </w:r>
      <w:r w:rsidRPr="00F777BB">
        <w:rPr>
          <w:rFonts w:hint="eastAsia"/>
          <w:color w:val="000000" w:themeColor="text1"/>
          <w:lang w:eastAsia="ja-JP"/>
        </w:rPr>
        <w:t>を</w:t>
      </w:r>
      <w:r w:rsidR="009A4468" w:rsidRPr="00F777BB">
        <w:rPr>
          <w:rFonts w:hint="eastAsia"/>
          <w:color w:val="000000" w:themeColor="text1"/>
          <w:lang w:eastAsia="ja-JP"/>
        </w:rPr>
        <w:t>使用</w:t>
      </w:r>
      <w:r w:rsidRPr="00F777BB">
        <w:rPr>
          <w:rFonts w:hint="eastAsia"/>
          <w:color w:val="000000" w:themeColor="text1"/>
          <w:lang w:eastAsia="ja-JP"/>
        </w:rPr>
        <w:t>したいので</w:t>
      </w:r>
      <w:r w:rsidR="009A4468" w:rsidRPr="00F777BB">
        <w:rPr>
          <w:rFonts w:hint="eastAsia"/>
          <w:color w:val="000000" w:themeColor="text1"/>
          <w:lang w:eastAsia="ja-JP"/>
        </w:rPr>
        <w:t>、</w:t>
      </w:r>
      <w:r w:rsidR="009A4468" w:rsidRPr="00F777BB">
        <w:rPr>
          <w:color w:val="000000" w:themeColor="text1"/>
          <w:lang w:eastAsia="ja-JP"/>
        </w:rPr>
        <w:t>下記のとおり申請</w:t>
      </w:r>
      <w:r w:rsidR="00B223E1" w:rsidRPr="00F777BB">
        <w:rPr>
          <w:rFonts w:hint="eastAsia"/>
          <w:color w:val="000000" w:themeColor="text1"/>
          <w:lang w:eastAsia="ja-JP"/>
        </w:rPr>
        <w:t>します。</w:t>
      </w:r>
    </w:p>
    <w:p w14:paraId="4F62AB8E" w14:textId="26F36420" w:rsidR="00BB6605" w:rsidRPr="00F777BB" w:rsidRDefault="00B223E1" w:rsidP="009A4468">
      <w:pPr>
        <w:ind w:firstLineChars="100" w:firstLine="220"/>
        <w:rPr>
          <w:color w:val="000000" w:themeColor="text1"/>
          <w:lang w:eastAsia="ja-JP"/>
        </w:rPr>
      </w:pPr>
      <w:r w:rsidRPr="00F777BB">
        <w:rPr>
          <w:rFonts w:hint="eastAsia"/>
          <w:color w:val="000000" w:themeColor="text1"/>
          <w:lang w:eastAsia="ja-JP"/>
        </w:rPr>
        <w:t>なお、</w:t>
      </w:r>
      <w:r w:rsidR="00CA2767" w:rsidRPr="00F777BB">
        <w:rPr>
          <w:rFonts w:hint="eastAsia"/>
          <w:color w:val="000000" w:themeColor="text1"/>
          <w:lang w:eastAsia="ja-JP"/>
        </w:rPr>
        <w:t>ロゴマークの使用に当たって</w:t>
      </w:r>
      <w:r w:rsidRPr="00F777BB">
        <w:rPr>
          <w:rFonts w:hint="eastAsia"/>
          <w:color w:val="000000" w:themeColor="text1"/>
          <w:lang w:eastAsia="ja-JP"/>
        </w:rPr>
        <w:t>は</w:t>
      </w:r>
      <w:r w:rsidR="009A4468" w:rsidRPr="00F777BB">
        <w:rPr>
          <w:rFonts w:hint="eastAsia"/>
          <w:color w:val="000000" w:themeColor="text1"/>
          <w:lang w:eastAsia="ja-JP"/>
        </w:rPr>
        <w:t>、</w:t>
      </w:r>
      <w:r w:rsidR="001F3FBE" w:rsidRPr="00F777BB">
        <w:rPr>
          <w:rFonts w:hint="eastAsia"/>
          <w:color w:val="000000" w:themeColor="text1"/>
          <w:lang w:eastAsia="ja-JP"/>
        </w:rPr>
        <w:t>「</w:t>
      </w:r>
      <w:r w:rsidR="00CA2767" w:rsidRPr="00F777BB">
        <w:rPr>
          <w:color w:val="000000" w:themeColor="text1"/>
          <w:lang w:eastAsia="ja-JP"/>
        </w:rPr>
        <w:t>地方独立行政法人広島県立病院機構ロゴマーク使用ガイドライン</w:t>
      </w:r>
      <w:r w:rsidR="001F3FBE" w:rsidRPr="00F777BB">
        <w:rPr>
          <w:rFonts w:hint="eastAsia"/>
          <w:color w:val="000000" w:themeColor="text1"/>
          <w:lang w:eastAsia="ja-JP"/>
        </w:rPr>
        <w:t>」</w:t>
      </w:r>
      <w:r w:rsidR="00CA2767" w:rsidRPr="00F777BB">
        <w:rPr>
          <w:rFonts w:hint="eastAsia"/>
          <w:color w:val="000000" w:themeColor="text1"/>
          <w:lang w:eastAsia="ja-JP"/>
        </w:rPr>
        <w:t>及び</w:t>
      </w:r>
      <w:r w:rsidR="001F3FBE" w:rsidRPr="00F777BB">
        <w:rPr>
          <w:rFonts w:hint="eastAsia"/>
          <w:color w:val="000000" w:themeColor="text1"/>
          <w:lang w:eastAsia="ja-JP"/>
        </w:rPr>
        <w:t>「</w:t>
      </w:r>
      <w:r w:rsidR="00CA2767" w:rsidRPr="00F777BB">
        <w:rPr>
          <w:color w:val="000000" w:themeColor="text1"/>
          <w:lang w:eastAsia="ja-JP"/>
        </w:rPr>
        <w:t>地方独立行政法人広島県立病院機構ロゴマーク使用マニュアル</w:t>
      </w:r>
      <w:r w:rsidR="001F3FBE" w:rsidRPr="00F777BB">
        <w:rPr>
          <w:rFonts w:hint="eastAsia"/>
          <w:color w:val="000000" w:themeColor="text1"/>
          <w:lang w:eastAsia="ja-JP"/>
        </w:rPr>
        <w:t>」</w:t>
      </w:r>
      <w:r w:rsidR="009A4468" w:rsidRPr="00F777BB">
        <w:rPr>
          <w:color w:val="000000" w:themeColor="text1"/>
          <w:lang w:eastAsia="ja-JP"/>
        </w:rPr>
        <w:t>を遵守</w:t>
      </w:r>
      <w:r w:rsidR="00CA2767" w:rsidRPr="00F777BB">
        <w:rPr>
          <w:rFonts w:hint="eastAsia"/>
          <w:color w:val="000000" w:themeColor="text1"/>
          <w:lang w:eastAsia="ja-JP"/>
        </w:rPr>
        <w:t>することを誓います。</w:t>
      </w:r>
    </w:p>
    <w:p w14:paraId="69FB05D7" w14:textId="77777777" w:rsidR="00853041" w:rsidRDefault="00853041" w:rsidP="00CA2767">
      <w:pPr>
        <w:spacing w:after="120" w:line="240" w:lineRule="auto"/>
        <w:ind w:firstLineChars="100" w:firstLine="220"/>
        <w:rPr>
          <w:lang w:eastAsia="ja-JP"/>
        </w:rPr>
      </w:pPr>
    </w:p>
    <w:p w14:paraId="429DE214" w14:textId="7713A712" w:rsidR="00853041" w:rsidRDefault="00DA14F8" w:rsidP="00CA2767">
      <w:pPr>
        <w:spacing w:after="120" w:line="240" w:lineRule="auto"/>
        <w:jc w:val="center"/>
        <w:rPr>
          <w:lang w:eastAsia="ja-JP"/>
        </w:rPr>
      </w:pPr>
      <w:r>
        <w:rPr>
          <w:lang w:eastAsia="ja-JP"/>
        </w:rPr>
        <w:t>記</w:t>
      </w:r>
    </w:p>
    <w:p w14:paraId="5ADA582F" w14:textId="77777777" w:rsidR="00241937" w:rsidRDefault="00241937" w:rsidP="00CA2767">
      <w:pPr>
        <w:spacing w:after="120" w:line="240" w:lineRule="auto"/>
        <w:jc w:val="center"/>
        <w:rPr>
          <w:lang w:eastAsia="ja-JP"/>
        </w:rPr>
      </w:pPr>
    </w:p>
    <w:p w14:paraId="69B5E339" w14:textId="21C7EF19" w:rsidR="00374C97" w:rsidRDefault="00374C97" w:rsidP="00374C97">
      <w:pPr>
        <w:spacing w:after="0" w:line="240" w:lineRule="auto"/>
        <w:rPr>
          <w:lang w:eastAsia="ja-JP"/>
        </w:rPr>
      </w:pPr>
      <w:r>
        <w:rPr>
          <w:rFonts w:hint="eastAsia"/>
          <w:lang w:eastAsia="ja-JP"/>
        </w:rPr>
        <w:t>１．使用目的</w:t>
      </w:r>
    </w:p>
    <w:p w14:paraId="2E2C4231" w14:textId="77777777" w:rsidR="00853041" w:rsidRDefault="00853041" w:rsidP="00374C97">
      <w:pPr>
        <w:spacing w:after="0" w:line="240" w:lineRule="auto"/>
        <w:rPr>
          <w:lang w:eastAsia="ja-JP"/>
        </w:rPr>
      </w:pPr>
    </w:p>
    <w:p w14:paraId="7878D54F" w14:textId="77777777" w:rsidR="00241937" w:rsidRPr="00374C97" w:rsidRDefault="00241937" w:rsidP="00374C97">
      <w:pPr>
        <w:spacing w:after="0" w:line="240" w:lineRule="auto"/>
        <w:rPr>
          <w:lang w:eastAsia="ja-JP"/>
        </w:rPr>
      </w:pPr>
    </w:p>
    <w:p w14:paraId="5044DA3D" w14:textId="0E2C46C3" w:rsidR="00BB6605" w:rsidRDefault="00374C97" w:rsidP="00374C97">
      <w:pPr>
        <w:spacing w:after="0"/>
        <w:rPr>
          <w:lang w:eastAsia="ja-JP"/>
        </w:rPr>
      </w:pPr>
      <w:r>
        <w:rPr>
          <w:rFonts w:hint="eastAsia"/>
          <w:lang w:eastAsia="ja-JP"/>
        </w:rPr>
        <w:t>２</w:t>
      </w:r>
      <w:r>
        <w:rPr>
          <w:lang w:eastAsia="ja-JP"/>
        </w:rPr>
        <w:t>．</w:t>
      </w:r>
      <w:r>
        <w:rPr>
          <w:rFonts w:ascii="ＭＳ 明朝" w:eastAsia="ＭＳ 明朝" w:hAnsi="ＭＳ 明朝" w:hint="eastAsia"/>
          <w:lang w:eastAsia="ja-JP"/>
        </w:rPr>
        <w:t>使用方法等（具体的な使用方法がわかる図等を添付すること）</w:t>
      </w:r>
      <w:r>
        <w:rPr>
          <w:lang w:eastAsia="ja-JP"/>
        </w:rPr>
        <w:t xml:space="preserve">　</w:t>
      </w:r>
    </w:p>
    <w:p w14:paraId="6404F6B8" w14:textId="77777777" w:rsidR="00853041" w:rsidRDefault="00853041" w:rsidP="00374C97">
      <w:pPr>
        <w:spacing w:after="0"/>
        <w:rPr>
          <w:lang w:eastAsia="ja-JP"/>
        </w:rPr>
      </w:pPr>
    </w:p>
    <w:p w14:paraId="58E5D86D" w14:textId="77777777" w:rsidR="00241937" w:rsidRDefault="00241937" w:rsidP="00374C97">
      <w:pPr>
        <w:spacing w:after="0"/>
        <w:rPr>
          <w:lang w:eastAsia="ja-JP"/>
        </w:rPr>
      </w:pPr>
    </w:p>
    <w:p w14:paraId="7C7545A6" w14:textId="6F0B67CA" w:rsidR="00BB6605" w:rsidRDefault="00374C97" w:rsidP="00374C97">
      <w:pPr>
        <w:spacing w:after="0"/>
        <w:rPr>
          <w:lang w:eastAsia="ja-JP"/>
        </w:rPr>
      </w:pPr>
      <w:r>
        <w:rPr>
          <w:rFonts w:hint="eastAsia"/>
          <w:lang w:eastAsia="ja-JP"/>
        </w:rPr>
        <w:t>３</w:t>
      </w:r>
      <w:r>
        <w:rPr>
          <w:lang w:eastAsia="ja-JP"/>
        </w:rPr>
        <w:t>．使用するロゴ（</w:t>
      </w:r>
      <w:r>
        <w:rPr>
          <w:rFonts w:hint="eastAsia"/>
          <w:lang w:eastAsia="ja-JP"/>
        </w:rPr>
        <w:t>□</w:t>
      </w:r>
      <w:r>
        <w:rPr>
          <w:lang w:eastAsia="ja-JP"/>
        </w:rPr>
        <w:t>基本形</w:t>
      </w:r>
      <w:r>
        <w:rPr>
          <w:lang w:eastAsia="ja-JP"/>
        </w:rPr>
        <w:t xml:space="preserve"> </w:t>
      </w:r>
      <w:r>
        <w:rPr>
          <w:rFonts w:hint="eastAsia"/>
          <w:lang w:eastAsia="ja-JP"/>
        </w:rPr>
        <w:t xml:space="preserve">　□</w:t>
      </w:r>
      <w:r>
        <w:rPr>
          <w:lang w:eastAsia="ja-JP"/>
        </w:rPr>
        <w:t>英語版</w:t>
      </w:r>
      <w:r>
        <w:rPr>
          <w:rFonts w:hint="eastAsia"/>
          <w:lang w:eastAsia="ja-JP"/>
        </w:rPr>
        <w:t xml:space="preserve">　□</w:t>
      </w:r>
      <w:r>
        <w:rPr>
          <w:lang w:eastAsia="ja-JP"/>
        </w:rPr>
        <w:t>シンボルのみ）</w:t>
      </w:r>
    </w:p>
    <w:p w14:paraId="04327483" w14:textId="77777777" w:rsidR="00853041" w:rsidRDefault="00853041" w:rsidP="00374C97">
      <w:pPr>
        <w:spacing w:after="0"/>
        <w:rPr>
          <w:lang w:eastAsia="ja-JP"/>
        </w:rPr>
      </w:pPr>
    </w:p>
    <w:p w14:paraId="38805DC9" w14:textId="77777777" w:rsidR="00853041" w:rsidRPr="00374C97" w:rsidRDefault="00853041" w:rsidP="00374C97">
      <w:pPr>
        <w:spacing w:after="0"/>
        <w:rPr>
          <w:lang w:eastAsia="ja-JP"/>
        </w:rPr>
      </w:pPr>
    </w:p>
    <w:p w14:paraId="5FC4C759" w14:textId="17F1AC39" w:rsidR="00BB6605" w:rsidRDefault="00374C97" w:rsidP="00374C97">
      <w:pPr>
        <w:spacing w:after="0"/>
        <w:rPr>
          <w:lang w:eastAsia="ja-JP"/>
        </w:rPr>
      </w:pPr>
      <w:r>
        <w:rPr>
          <w:rFonts w:hint="eastAsia"/>
          <w:lang w:eastAsia="ja-JP"/>
        </w:rPr>
        <w:t>４</w:t>
      </w:r>
      <w:r>
        <w:rPr>
          <w:lang w:eastAsia="ja-JP"/>
        </w:rPr>
        <w:t>．使用媒体・掲載先</w:t>
      </w:r>
      <w:r>
        <w:rPr>
          <w:lang w:eastAsia="ja-JP"/>
        </w:rPr>
        <w:t>URL</w:t>
      </w:r>
    </w:p>
    <w:p w14:paraId="2D7698C0" w14:textId="77777777" w:rsidR="00374C97" w:rsidRDefault="00374C97" w:rsidP="00374C97">
      <w:pPr>
        <w:spacing w:after="0"/>
        <w:rPr>
          <w:lang w:eastAsia="ja-JP"/>
        </w:rPr>
      </w:pPr>
    </w:p>
    <w:p w14:paraId="7166456A" w14:textId="77777777" w:rsidR="00241937" w:rsidRDefault="00241937" w:rsidP="00374C97">
      <w:pPr>
        <w:spacing w:after="0"/>
        <w:rPr>
          <w:lang w:eastAsia="ja-JP"/>
        </w:rPr>
      </w:pPr>
    </w:p>
    <w:p w14:paraId="1DAEA59D" w14:textId="3ED28567" w:rsidR="00374C97" w:rsidRDefault="00374C97" w:rsidP="00374C97">
      <w:pPr>
        <w:spacing w:after="0"/>
        <w:rPr>
          <w:lang w:eastAsia="ja-JP"/>
        </w:rPr>
      </w:pPr>
      <w:r>
        <w:rPr>
          <w:rFonts w:hint="eastAsia"/>
          <w:lang w:eastAsia="ja-JP"/>
        </w:rPr>
        <w:t>５</w:t>
      </w:r>
      <w:r>
        <w:rPr>
          <w:lang w:eastAsia="ja-JP"/>
        </w:rPr>
        <w:t>．使用期間</w:t>
      </w:r>
    </w:p>
    <w:p w14:paraId="1D12E0CD" w14:textId="77777777" w:rsidR="000C21A6" w:rsidRDefault="000C21A6" w:rsidP="00374C97">
      <w:pPr>
        <w:spacing w:after="0"/>
        <w:rPr>
          <w:lang w:eastAsia="ja-JP"/>
        </w:rPr>
      </w:pPr>
    </w:p>
    <w:p w14:paraId="5D56EE12" w14:textId="4C6F2F36" w:rsidR="000A190D" w:rsidRDefault="00374C97" w:rsidP="00241937">
      <w:pPr>
        <w:pStyle w:val="aff1"/>
      </w:pPr>
      <w:r>
        <w:rPr>
          <w:rFonts w:hint="eastAsia"/>
        </w:rPr>
        <w:t>以上</w:t>
      </w:r>
    </w:p>
    <w:p w14:paraId="532D26F8" w14:textId="1BF8F356" w:rsidR="00241937" w:rsidRPr="00241937" w:rsidRDefault="00241937" w:rsidP="00241937">
      <w:pPr>
        <w:pStyle w:val="aff1"/>
        <w:ind w:right="220"/>
      </w:pPr>
      <w:r w:rsidRPr="00241937">
        <w:t>【提出先・問い合わせ先】</w:t>
      </w:r>
      <w:r w:rsidRPr="00241937">
        <w:br/>
      </w:r>
      <w:r w:rsidRPr="00241937">
        <w:t>広島県立病院機構</w:t>
      </w:r>
      <w:r>
        <w:rPr>
          <w:rFonts w:hint="eastAsia"/>
        </w:rPr>
        <w:t xml:space="preserve">　法人本部事務局</w:t>
      </w:r>
      <w:r w:rsidRPr="00241937">
        <w:br/>
        <w:t>TEL</w:t>
      </w:r>
      <w:r w:rsidRPr="00241937">
        <w:t>：</w:t>
      </w:r>
      <w:r w:rsidRPr="00241937">
        <w:rPr>
          <w:rFonts w:hint="eastAsia"/>
        </w:rPr>
        <w:t>082-228-6623</w:t>
      </w:r>
      <w:r w:rsidRPr="00241937">
        <w:rPr>
          <w:rFonts w:hint="eastAsia"/>
        </w:rPr>
        <w:t>（代）</w:t>
      </w:r>
      <w:r w:rsidRPr="00241937">
        <w:br/>
      </w:r>
      <w:proofErr w:type="gramStart"/>
      <w:r>
        <w:rPr>
          <w:rFonts w:hint="eastAsia"/>
        </w:rPr>
        <w:t>メール</w:t>
      </w:r>
      <w:proofErr w:type="gramEnd"/>
      <w:r w:rsidRPr="00241937">
        <w:t>：</w:t>
      </w:r>
      <w:r w:rsidRPr="00241937">
        <w:t>kikouhonbu@hpho.jp</w:t>
      </w:r>
    </w:p>
    <w:sectPr w:rsidR="00241937" w:rsidRPr="00241937" w:rsidSect="002419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DF3CB7"/>
    <w:multiLevelType w:val="hybridMultilevel"/>
    <w:tmpl w:val="F6F82030"/>
    <w:lvl w:ilvl="0" w:tplc="A26EFAC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F533CEC"/>
    <w:multiLevelType w:val="hybridMultilevel"/>
    <w:tmpl w:val="6D049E82"/>
    <w:lvl w:ilvl="0" w:tplc="59DA6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F481EA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86271848">
    <w:abstractNumId w:val="8"/>
  </w:num>
  <w:num w:numId="2" w16cid:durableId="851993691">
    <w:abstractNumId w:val="6"/>
  </w:num>
  <w:num w:numId="3" w16cid:durableId="81295807">
    <w:abstractNumId w:val="5"/>
  </w:num>
  <w:num w:numId="4" w16cid:durableId="1820419634">
    <w:abstractNumId w:val="4"/>
  </w:num>
  <w:num w:numId="5" w16cid:durableId="1793667545">
    <w:abstractNumId w:val="7"/>
  </w:num>
  <w:num w:numId="6" w16cid:durableId="835342327">
    <w:abstractNumId w:val="3"/>
  </w:num>
  <w:num w:numId="7" w16cid:durableId="293408446">
    <w:abstractNumId w:val="2"/>
  </w:num>
  <w:num w:numId="8" w16cid:durableId="708452058">
    <w:abstractNumId w:val="1"/>
  </w:num>
  <w:num w:numId="9" w16cid:durableId="415519008">
    <w:abstractNumId w:val="0"/>
  </w:num>
  <w:num w:numId="10" w16cid:durableId="730150346">
    <w:abstractNumId w:val="9"/>
  </w:num>
  <w:num w:numId="11" w16cid:durableId="11206892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33D"/>
    <w:rsid w:val="000A190D"/>
    <w:rsid w:val="000C21A6"/>
    <w:rsid w:val="001377EF"/>
    <w:rsid w:val="0015074B"/>
    <w:rsid w:val="001B250C"/>
    <w:rsid w:val="001F3FBE"/>
    <w:rsid w:val="00241937"/>
    <w:rsid w:val="0029639D"/>
    <w:rsid w:val="00326F90"/>
    <w:rsid w:val="00374C97"/>
    <w:rsid w:val="006630AC"/>
    <w:rsid w:val="00663D49"/>
    <w:rsid w:val="00744CC1"/>
    <w:rsid w:val="00753F19"/>
    <w:rsid w:val="00853041"/>
    <w:rsid w:val="00971AF7"/>
    <w:rsid w:val="009A4468"/>
    <w:rsid w:val="00A00A27"/>
    <w:rsid w:val="00A66E00"/>
    <w:rsid w:val="00AA1D8D"/>
    <w:rsid w:val="00B179C6"/>
    <w:rsid w:val="00B223E1"/>
    <w:rsid w:val="00B47730"/>
    <w:rsid w:val="00BB6605"/>
    <w:rsid w:val="00C173B4"/>
    <w:rsid w:val="00CA2767"/>
    <w:rsid w:val="00CB0664"/>
    <w:rsid w:val="00DA14F8"/>
    <w:rsid w:val="00E43387"/>
    <w:rsid w:val="00E45D35"/>
    <w:rsid w:val="00E61B28"/>
    <w:rsid w:val="00E803EF"/>
    <w:rsid w:val="00F777BB"/>
    <w:rsid w:val="00FC01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62061"/>
  <w14:defaultImageDpi w14:val="300"/>
  <w15:docId w15:val="{37A64F60-F151-4B85-BFA4-73E28202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Note Heading"/>
    <w:basedOn w:val="a1"/>
    <w:next w:val="a1"/>
    <w:link w:val="aff0"/>
    <w:uiPriority w:val="99"/>
    <w:unhideWhenUsed/>
    <w:rsid w:val="00853041"/>
    <w:pPr>
      <w:jc w:val="center"/>
    </w:pPr>
    <w:rPr>
      <w:lang w:eastAsia="ja-JP"/>
    </w:rPr>
  </w:style>
  <w:style w:type="character" w:customStyle="1" w:styleId="aff0">
    <w:name w:val="記 (文字)"/>
    <w:basedOn w:val="a2"/>
    <w:link w:val="aff"/>
    <w:uiPriority w:val="99"/>
    <w:rsid w:val="00853041"/>
    <w:rPr>
      <w:lang w:eastAsia="ja-JP"/>
    </w:rPr>
  </w:style>
  <w:style w:type="paragraph" w:styleId="aff1">
    <w:name w:val="Closing"/>
    <w:basedOn w:val="a1"/>
    <w:link w:val="aff2"/>
    <w:uiPriority w:val="99"/>
    <w:unhideWhenUsed/>
    <w:rsid w:val="00853041"/>
    <w:pPr>
      <w:jc w:val="right"/>
    </w:pPr>
    <w:rPr>
      <w:lang w:eastAsia="ja-JP"/>
    </w:rPr>
  </w:style>
  <w:style w:type="character" w:customStyle="1" w:styleId="aff2">
    <w:name w:val="結語 (文字)"/>
    <w:basedOn w:val="a2"/>
    <w:link w:val="aff1"/>
    <w:uiPriority w:val="99"/>
    <w:rsid w:val="00853041"/>
    <w:rPr>
      <w:lang w:eastAsia="ja-JP"/>
    </w:rPr>
  </w:style>
  <w:style w:type="paragraph" w:styleId="aff3">
    <w:name w:val="Revision"/>
    <w:hidden/>
    <w:uiPriority w:val="99"/>
    <w:semiHidden/>
    <w:rsid w:val="00B223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礒亀　知春</dc:creator>
  <cp:keywords/>
  <dc:description>generated by python-docx</dc:description>
  <cp:lastModifiedBy>礒亀　知春</cp:lastModifiedBy>
  <cp:revision>2</cp:revision>
  <dcterms:created xsi:type="dcterms:W3CDTF">2026-08-26T00:26:00Z</dcterms:created>
  <dcterms:modified xsi:type="dcterms:W3CDTF">2026-08-26T00:26:00Z</dcterms:modified>
  <cp:category/>
</cp:coreProperties>
</file>